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5 minuten weihnachten vorlag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