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Santa Claus zum Ausdrucken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