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Weihnachtskerze zum Aus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