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drucken gutschein für reitstunden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