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drucken gutschein für reitstunde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