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riefkasten namensschild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