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flugticket vorlage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