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ladung kindergeburtstag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