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indergeburtstag vorlage pdf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