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kinoabend zu hause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