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einladung kinoabend zu hause vorlage pdf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