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klassentreffen zum eindrucken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