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einladung klassentreffen zum ein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