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schulanfang basteln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