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weihnachtsfeier vorlage zum ausdrucken.png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