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tiketten vorlage weihnacht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