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etiketten weihnachten vorlag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