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ührerschein gutschein vorlage zum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