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ührerschein gutschei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