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alpaka wanderung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