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alpaka wander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