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utowäsche vorlage fur ausdrucken.p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