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escape room vorlage s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