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escape room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