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7620000" cy="107823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gutschein fotoshooting vorlage fur ausdruck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20000" cy="107823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