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otoshooting vorlage kostenlos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