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eine reise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