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ür muttertag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