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für reitstunden vorlage kostenlos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