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affee und kuchen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