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affee und kuch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