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sauna vorlage fur ausdruck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