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starlight express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