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tanzkurs vorlage kostenlos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