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schwimmbad fu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