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e geburtstag kostenlos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