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rry potter einladung vorlage pdf deutsch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