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rry potter einladung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