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rry potter einlad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