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arry potter einladung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