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ino einladung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