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opiervorlage 15 minuten weihnachten vorlage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