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eise gutschein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