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chatzsuche im wald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