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atzsuche wald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