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tadt-land-weihnachten-vorlage-pdf-wm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