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adt-land-weihnachten-vorlage-zum-ausdrucken-w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