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tadt-land-weihnachten-vorlage-wm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