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tädtetrip gutschein vorlage reis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