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ädtetrip reise gutschei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